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B0C02" w14:textId="2EE9CB1B" w:rsidR="0068646E" w:rsidRDefault="00E73546">
      <w:pPr>
        <w:jc w:val="center"/>
      </w:pPr>
      <w:r>
        <w:rPr>
          <w:b/>
          <w:sz w:val="32"/>
        </w:rPr>
        <w:t>OS BI</w:t>
      </w:r>
      <w:r w:rsidR="003643DA">
        <w:rPr>
          <w:b/>
          <w:sz w:val="32"/>
        </w:rPr>
        <w:t>LJE</w:t>
      </w:r>
      <w:r>
        <w:rPr>
          <w:b/>
          <w:sz w:val="32"/>
        </w:rPr>
        <w:t xml:space="preserve"> JELOVNIK - RUJAN 2026.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2829"/>
        <w:gridCol w:w="4533"/>
        <w:gridCol w:w="2750"/>
        <w:gridCol w:w="2750"/>
      </w:tblGrid>
      <w:tr w:rsidR="0068646E" w14:paraId="59B7B65E" w14:textId="77777777" w:rsidTr="003643DA">
        <w:trPr>
          <w:trHeight w:val="1700"/>
          <w:jc w:val="center"/>
        </w:trPr>
        <w:tc>
          <w:tcPr>
            <w:tcW w:w="2682" w:type="dxa"/>
            <w:vAlign w:val="center"/>
          </w:tcPr>
          <w:p w14:paraId="64C864BE" w14:textId="77777777" w:rsidR="0068646E" w:rsidRDefault="0068646E"/>
        </w:tc>
        <w:tc>
          <w:tcPr>
            <w:tcW w:w="2871" w:type="dxa"/>
            <w:vAlign w:val="center"/>
          </w:tcPr>
          <w:p w14:paraId="76CDB9D1" w14:textId="77777777" w:rsidR="0068646E" w:rsidRDefault="00E73546">
            <w:pPr>
              <w:jc w:val="center"/>
            </w:pPr>
            <w:r>
              <w:rPr>
                <w:b/>
              </w:rPr>
              <w:t>07.09. - 11.09.</w:t>
            </w:r>
          </w:p>
        </w:tc>
        <w:tc>
          <w:tcPr>
            <w:tcW w:w="4533" w:type="dxa"/>
            <w:vAlign w:val="center"/>
          </w:tcPr>
          <w:p w14:paraId="4D5E7D3D" w14:textId="77777777" w:rsidR="0068646E" w:rsidRDefault="00E73546">
            <w:pPr>
              <w:jc w:val="center"/>
            </w:pPr>
            <w:r>
              <w:rPr>
                <w:b/>
              </w:rPr>
              <w:t>14.09. - 18.09.</w:t>
            </w:r>
          </w:p>
        </w:tc>
        <w:tc>
          <w:tcPr>
            <w:tcW w:w="2804" w:type="dxa"/>
            <w:vAlign w:val="center"/>
          </w:tcPr>
          <w:p w14:paraId="3CF75FCE" w14:textId="77777777" w:rsidR="0068646E" w:rsidRDefault="00E73546">
            <w:pPr>
              <w:jc w:val="center"/>
            </w:pPr>
            <w:r>
              <w:rPr>
                <w:b/>
              </w:rPr>
              <w:t>21.09. - 25.09.</w:t>
            </w:r>
          </w:p>
        </w:tc>
        <w:tc>
          <w:tcPr>
            <w:tcW w:w="2804" w:type="dxa"/>
            <w:vAlign w:val="center"/>
          </w:tcPr>
          <w:p w14:paraId="79234915" w14:textId="77777777" w:rsidR="0068646E" w:rsidRDefault="00E73546">
            <w:pPr>
              <w:jc w:val="center"/>
            </w:pPr>
            <w:r>
              <w:rPr>
                <w:b/>
              </w:rPr>
              <w:t>28.09. - 30.09.</w:t>
            </w:r>
          </w:p>
        </w:tc>
      </w:tr>
      <w:tr w:rsidR="0068646E" w14:paraId="791AA1BD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77DC2B35" w14:textId="77777777" w:rsidR="0068646E" w:rsidRDefault="00E73546">
            <w:pPr>
              <w:jc w:val="center"/>
            </w:pPr>
            <w:r>
              <w:rPr>
                <w:b/>
                <w:sz w:val="20"/>
              </w:rPr>
              <w:t>PONEDJELJAK</w:t>
            </w:r>
          </w:p>
        </w:tc>
        <w:tc>
          <w:tcPr>
            <w:tcW w:w="2871" w:type="dxa"/>
            <w:vAlign w:val="center"/>
          </w:tcPr>
          <w:p w14:paraId="54728225" w14:textId="4A5F96A8" w:rsidR="0068646E" w:rsidRDefault="00E73546">
            <w:pPr>
              <w:jc w:val="center"/>
            </w:pPr>
            <w:r>
              <w:rPr>
                <w:sz w:val="19"/>
              </w:rPr>
              <w:t>PITA SA K</w:t>
            </w:r>
            <w:r w:rsidR="003643DA">
              <w:rPr>
                <w:sz w:val="19"/>
              </w:rPr>
              <w:t>ROMPIROM</w:t>
            </w:r>
            <w:r>
              <w:rPr>
                <w:sz w:val="19"/>
              </w:rPr>
              <w:t>,</w:t>
            </w:r>
            <w:r>
              <w:rPr>
                <w:sz w:val="19"/>
              </w:rPr>
              <w:br/>
              <w:t>CAJ</w:t>
            </w:r>
          </w:p>
        </w:tc>
        <w:tc>
          <w:tcPr>
            <w:tcW w:w="4533" w:type="dxa"/>
            <w:vAlign w:val="center"/>
          </w:tcPr>
          <w:p w14:paraId="47F7A2E0" w14:textId="706C577F" w:rsidR="0068646E" w:rsidRDefault="003643DA">
            <w:pPr>
              <w:jc w:val="center"/>
            </w:pPr>
            <w:r>
              <w:rPr>
                <w:sz w:val="19"/>
              </w:rPr>
              <w:t xml:space="preserve">GRIZ </w:t>
            </w:r>
            <w:proofErr w:type="gramStart"/>
            <w:r>
              <w:rPr>
                <w:sz w:val="19"/>
              </w:rPr>
              <w:t>MLIJEKO,KROASAN</w:t>
            </w:r>
            <w:proofErr w:type="gramEnd"/>
          </w:p>
        </w:tc>
        <w:tc>
          <w:tcPr>
            <w:tcW w:w="2804" w:type="dxa"/>
            <w:vAlign w:val="center"/>
          </w:tcPr>
          <w:p w14:paraId="023058A0" w14:textId="2DDE3EE5" w:rsidR="0068646E" w:rsidRDefault="00E73546">
            <w:pPr>
              <w:jc w:val="center"/>
            </w:pPr>
            <w:r>
              <w:rPr>
                <w:sz w:val="19"/>
              </w:rPr>
              <w:t xml:space="preserve">SENDVIC, </w:t>
            </w:r>
            <w:r w:rsidR="003643DA">
              <w:rPr>
                <w:sz w:val="19"/>
              </w:rPr>
              <w:t>CAJNA</w:t>
            </w:r>
            <w:r>
              <w:rPr>
                <w:sz w:val="19"/>
              </w:rPr>
              <w:br/>
              <w:t>KOBASICA, CAJ</w:t>
            </w:r>
          </w:p>
        </w:tc>
        <w:tc>
          <w:tcPr>
            <w:tcW w:w="2804" w:type="dxa"/>
            <w:vAlign w:val="center"/>
          </w:tcPr>
          <w:p w14:paraId="13C49F29" w14:textId="77777777" w:rsidR="0068646E" w:rsidRDefault="00E73546">
            <w:pPr>
              <w:jc w:val="center"/>
            </w:pPr>
            <w:r>
              <w:rPr>
                <w:sz w:val="19"/>
              </w:rPr>
              <w:t>HOT-DOG SA SIROM,</w:t>
            </w:r>
            <w:r>
              <w:rPr>
                <w:sz w:val="19"/>
              </w:rPr>
              <w:br/>
              <w:t>CAJ</w:t>
            </w:r>
          </w:p>
        </w:tc>
      </w:tr>
      <w:tr w:rsidR="0068646E" w14:paraId="2458F073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0DBBC932" w14:textId="77777777" w:rsidR="0068646E" w:rsidRDefault="00E73546">
            <w:pPr>
              <w:jc w:val="center"/>
            </w:pPr>
            <w:r>
              <w:rPr>
                <w:b/>
                <w:sz w:val="20"/>
              </w:rPr>
              <w:t>UTORAK</w:t>
            </w:r>
          </w:p>
        </w:tc>
        <w:tc>
          <w:tcPr>
            <w:tcW w:w="2871" w:type="dxa"/>
            <w:vAlign w:val="center"/>
          </w:tcPr>
          <w:p w14:paraId="78224E9D" w14:textId="5EEE1A75" w:rsidR="0068646E" w:rsidRDefault="003643DA">
            <w:pPr>
              <w:jc w:val="center"/>
            </w:pPr>
            <w:r>
              <w:rPr>
                <w:sz w:val="19"/>
              </w:rPr>
              <w:t xml:space="preserve">JASTUCICI SA SIROM I </w:t>
            </w:r>
            <w:proofErr w:type="gramStart"/>
            <w:r>
              <w:rPr>
                <w:sz w:val="19"/>
              </w:rPr>
              <w:t>SUNKOM,PUDING</w:t>
            </w:r>
            <w:proofErr w:type="gramEnd"/>
            <w:r>
              <w:rPr>
                <w:sz w:val="19"/>
              </w:rPr>
              <w:t xml:space="preserve"> VOCE</w:t>
            </w:r>
          </w:p>
        </w:tc>
        <w:tc>
          <w:tcPr>
            <w:tcW w:w="4533" w:type="dxa"/>
            <w:vAlign w:val="center"/>
          </w:tcPr>
          <w:p w14:paraId="572ED9DD" w14:textId="77777777" w:rsidR="0068646E" w:rsidRDefault="00E73546">
            <w:pPr>
              <w:jc w:val="center"/>
            </w:pPr>
            <w:r>
              <w:rPr>
                <w:sz w:val="19"/>
              </w:rPr>
              <w:t>GRAH VARIVO, KOBASICA,</w:t>
            </w:r>
            <w:r>
              <w:rPr>
                <w:sz w:val="19"/>
              </w:rPr>
              <w:br/>
              <w:t>KUKURUZNI KRUH, VOCE</w:t>
            </w:r>
          </w:p>
        </w:tc>
        <w:tc>
          <w:tcPr>
            <w:tcW w:w="2804" w:type="dxa"/>
            <w:vAlign w:val="center"/>
          </w:tcPr>
          <w:p w14:paraId="3B68E4CD" w14:textId="77777777" w:rsidR="0068646E" w:rsidRDefault="00E73546">
            <w:pPr>
              <w:jc w:val="center"/>
            </w:pPr>
            <w:r>
              <w:rPr>
                <w:sz w:val="19"/>
              </w:rPr>
              <w:t>TIJESTO SA SIROM I SLANINOM,</w:t>
            </w:r>
            <w:r>
              <w:rPr>
                <w:sz w:val="19"/>
              </w:rPr>
              <w:br/>
              <w:t>VOCE</w:t>
            </w:r>
          </w:p>
        </w:tc>
        <w:tc>
          <w:tcPr>
            <w:tcW w:w="2804" w:type="dxa"/>
            <w:vAlign w:val="center"/>
          </w:tcPr>
          <w:p w14:paraId="421E6D6E" w14:textId="2BC1EEFB" w:rsidR="0068646E" w:rsidRDefault="00E73546">
            <w:pPr>
              <w:jc w:val="center"/>
            </w:pPr>
            <w:r>
              <w:rPr>
                <w:sz w:val="19"/>
              </w:rPr>
              <w:t>RIZI B</w:t>
            </w:r>
            <w:r w:rsidR="003643DA">
              <w:rPr>
                <w:sz w:val="19"/>
              </w:rPr>
              <w:t>IZI</w:t>
            </w:r>
            <w:r>
              <w:rPr>
                <w:sz w:val="19"/>
              </w:rPr>
              <w:t xml:space="preserve"> / PIL. SNICLA,</w:t>
            </w:r>
            <w:r>
              <w:rPr>
                <w:sz w:val="19"/>
              </w:rPr>
              <w:br/>
              <w:t>VOCE</w:t>
            </w:r>
          </w:p>
        </w:tc>
      </w:tr>
      <w:tr w:rsidR="0068646E" w14:paraId="39436A19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030D3D4E" w14:textId="77777777" w:rsidR="0068646E" w:rsidRDefault="00E73546">
            <w:pPr>
              <w:jc w:val="center"/>
            </w:pPr>
            <w:r>
              <w:rPr>
                <w:b/>
                <w:sz w:val="20"/>
              </w:rPr>
              <w:t>SRIJEDA</w:t>
            </w:r>
          </w:p>
        </w:tc>
        <w:tc>
          <w:tcPr>
            <w:tcW w:w="2871" w:type="dxa"/>
            <w:vAlign w:val="center"/>
          </w:tcPr>
          <w:p w14:paraId="2DF57E6D" w14:textId="77777777" w:rsidR="0068646E" w:rsidRDefault="00E73546">
            <w:pPr>
              <w:jc w:val="center"/>
            </w:pPr>
            <w:r>
              <w:rPr>
                <w:sz w:val="19"/>
              </w:rPr>
              <w:t>ZITARICE, MLIJEKO I</w:t>
            </w:r>
            <w:r>
              <w:rPr>
                <w:sz w:val="19"/>
              </w:rPr>
              <w:br/>
              <w:t>POGACICA SA CVARCIMA</w:t>
            </w:r>
          </w:p>
        </w:tc>
        <w:tc>
          <w:tcPr>
            <w:tcW w:w="4533" w:type="dxa"/>
            <w:vAlign w:val="center"/>
          </w:tcPr>
          <w:p w14:paraId="3DFFF211" w14:textId="4E6EFA6A" w:rsidR="0068646E" w:rsidRDefault="003643DA">
            <w:pPr>
              <w:jc w:val="center"/>
            </w:pPr>
            <w:proofErr w:type="gramStart"/>
            <w:r>
              <w:rPr>
                <w:sz w:val="19"/>
              </w:rPr>
              <w:t>ZEMNICKA,PLJESKAVICA</w:t>
            </w:r>
            <w:proofErr w:type="gramEnd"/>
            <w:r>
              <w:rPr>
                <w:sz w:val="19"/>
              </w:rPr>
              <w:t>,KECAP,MAJONEZA,ZELENA SALATA VOCE</w:t>
            </w:r>
          </w:p>
        </w:tc>
        <w:tc>
          <w:tcPr>
            <w:tcW w:w="2804" w:type="dxa"/>
            <w:vAlign w:val="center"/>
          </w:tcPr>
          <w:p w14:paraId="1EF6582F" w14:textId="77777777" w:rsidR="0068646E" w:rsidRDefault="00E73546">
            <w:pPr>
              <w:jc w:val="center"/>
            </w:pPr>
            <w:r>
              <w:rPr>
                <w:sz w:val="19"/>
              </w:rPr>
              <w:t>FISH BURGER,</w:t>
            </w:r>
            <w:r>
              <w:rPr>
                <w:sz w:val="19"/>
              </w:rPr>
              <w:br/>
              <w:t xml:space="preserve">KEC., </w:t>
            </w:r>
            <w:r>
              <w:rPr>
                <w:sz w:val="19"/>
              </w:rPr>
              <w:t>MAJONEZA, VOCE</w:t>
            </w:r>
          </w:p>
        </w:tc>
        <w:tc>
          <w:tcPr>
            <w:tcW w:w="2804" w:type="dxa"/>
            <w:vAlign w:val="center"/>
          </w:tcPr>
          <w:p w14:paraId="6BA1CD07" w14:textId="77777777" w:rsidR="0068646E" w:rsidRDefault="00E73546">
            <w:pPr>
              <w:jc w:val="center"/>
            </w:pPr>
            <w:r>
              <w:rPr>
                <w:sz w:val="19"/>
              </w:rPr>
              <w:t>PURECI GULAS SA NJOKAMA,</w:t>
            </w:r>
            <w:r>
              <w:rPr>
                <w:sz w:val="19"/>
              </w:rPr>
              <w:br/>
              <w:t>KUKURUZNI KRUH</w:t>
            </w:r>
          </w:p>
        </w:tc>
      </w:tr>
      <w:tr w:rsidR="0068646E" w14:paraId="7834E036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6A4A11ED" w14:textId="77777777" w:rsidR="0068646E" w:rsidRDefault="00E73546">
            <w:pPr>
              <w:jc w:val="center"/>
            </w:pPr>
            <w:r>
              <w:rPr>
                <w:b/>
                <w:sz w:val="20"/>
              </w:rPr>
              <w:t>CETVRTAK</w:t>
            </w:r>
          </w:p>
        </w:tc>
        <w:tc>
          <w:tcPr>
            <w:tcW w:w="2871" w:type="dxa"/>
            <w:vAlign w:val="center"/>
          </w:tcPr>
          <w:p w14:paraId="369EB0ED" w14:textId="37151358" w:rsidR="0068646E" w:rsidRDefault="003643DA">
            <w:pPr>
              <w:jc w:val="center"/>
            </w:pPr>
            <w:r>
              <w:rPr>
                <w:sz w:val="19"/>
              </w:rPr>
              <w:t>SENDVIC SA PIL.DIMCEK, CEDEVITA</w:t>
            </w:r>
          </w:p>
        </w:tc>
        <w:tc>
          <w:tcPr>
            <w:tcW w:w="4533" w:type="dxa"/>
            <w:vAlign w:val="center"/>
          </w:tcPr>
          <w:p w14:paraId="00F6494C" w14:textId="77777777" w:rsidR="0068646E" w:rsidRDefault="00E73546">
            <w:pPr>
              <w:jc w:val="center"/>
            </w:pPr>
            <w:r>
              <w:rPr>
                <w:sz w:val="19"/>
              </w:rPr>
              <w:t>TIJESTO BOLOGNEZE,</w:t>
            </w:r>
            <w:r>
              <w:rPr>
                <w:sz w:val="19"/>
              </w:rPr>
              <w:br/>
              <w:t>SALATA</w:t>
            </w:r>
          </w:p>
        </w:tc>
        <w:tc>
          <w:tcPr>
            <w:tcW w:w="2804" w:type="dxa"/>
            <w:vAlign w:val="center"/>
          </w:tcPr>
          <w:p w14:paraId="036689E2" w14:textId="77777777" w:rsidR="0068646E" w:rsidRDefault="00E73546">
            <w:pPr>
              <w:jc w:val="center"/>
            </w:pPr>
            <w:r>
              <w:rPr>
                <w:sz w:val="19"/>
              </w:rPr>
              <w:t>PURECI RIZOTO,</w:t>
            </w:r>
            <w:r>
              <w:rPr>
                <w:sz w:val="19"/>
              </w:rPr>
              <w:br/>
              <w:t>POLUBIJELI KRUH,</w:t>
            </w:r>
            <w:r>
              <w:rPr>
                <w:sz w:val="19"/>
              </w:rPr>
              <w:br/>
              <w:t>SALATA</w:t>
            </w:r>
          </w:p>
        </w:tc>
        <w:tc>
          <w:tcPr>
            <w:tcW w:w="2804" w:type="dxa"/>
            <w:vAlign w:val="center"/>
          </w:tcPr>
          <w:p w14:paraId="0FC44918" w14:textId="77777777" w:rsidR="0068646E" w:rsidRDefault="0068646E">
            <w:pPr>
              <w:jc w:val="center"/>
            </w:pPr>
          </w:p>
        </w:tc>
      </w:tr>
      <w:tr w:rsidR="003643DA" w14:paraId="7FF3F36F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3B74ADE6" w14:textId="77777777" w:rsidR="003643DA" w:rsidRDefault="003643DA">
            <w:pPr>
              <w:jc w:val="center"/>
              <w:rPr>
                <w:b/>
                <w:sz w:val="20"/>
              </w:rPr>
            </w:pPr>
          </w:p>
        </w:tc>
        <w:tc>
          <w:tcPr>
            <w:tcW w:w="2871" w:type="dxa"/>
            <w:vAlign w:val="center"/>
          </w:tcPr>
          <w:p w14:paraId="06402321" w14:textId="77777777" w:rsidR="003643DA" w:rsidRDefault="003643DA">
            <w:pPr>
              <w:jc w:val="center"/>
              <w:rPr>
                <w:sz w:val="19"/>
              </w:rPr>
            </w:pPr>
          </w:p>
        </w:tc>
        <w:tc>
          <w:tcPr>
            <w:tcW w:w="4533" w:type="dxa"/>
            <w:vAlign w:val="center"/>
          </w:tcPr>
          <w:p w14:paraId="659062E8" w14:textId="77777777" w:rsidR="003643DA" w:rsidRDefault="003643DA">
            <w:pPr>
              <w:jc w:val="center"/>
              <w:rPr>
                <w:sz w:val="19"/>
              </w:rPr>
            </w:pPr>
          </w:p>
        </w:tc>
        <w:tc>
          <w:tcPr>
            <w:tcW w:w="2804" w:type="dxa"/>
            <w:vAlign w:val="center"/>
          </w:tcPr>
          <w:p w14:paraId="6F2F47C7" w14:textId="77777777" w:rsidR="003643DA" w:rsidRDefault="003643DA">
            <w:pPr>
              <w:jc w:val="center"/>
              <w:rPr>
                <w:sz w:val="19"/>
              </w:rPr>
            </w:pPr>
          </w:p>
        </w:tc>
        <w:tc>
          <w:tcPr>
            <w:tcW w:w="2804" w:type="dxa"/>
            <w:vAlign w:val="center"/>
          </w:tcPr>
          <w:p w14:paraId="03E193E9" w14:textId="77777777" w:rsidR="003643DA" w:rsidRDefault="003643DA">
            <w:pPr>
              <w:jc w:val="center"/>
            </w:pPr>
          </w:p>
        </w:tc>
      </w:tr>
      <w:tr w:rsidR="0068646E" w14:paraId="2E2BE31D" w14:textId="77777777" w:rsidTr="003643DA">
        <w:trPr>
          <w:trHeight w:val="1700"/>
          <w:jc w:val="center"/>
        </w:trPr>
        <w:tc>
          <w:tcPr>
            <w:tcW w:w="2682" w:type="dxa"/>
            <w:textDirection w:val="btLr"/>
            <w:vAlign w:val="center"/>
          </w:tcPr>
          <w:p w14:paraId="1F8A64EC" w14:textId="77777777" w:rsidR="0068646E" w:rsidRDefault="00E73546">
            <w:pPr>
              <w:jc w:val="center"/>
            </w:pPr>
            <w:r>
              <w:rPr>
                <w:b/>
                <w:sz w:val="20"/>
              </w:rPr>
              <w:t>PETAK</w:t>
            </w:r>
          </w:p>
        </w:tc>
        <w:tc>
          <w:tcPr>
            <w:tcW w:w="2871" w:type="dxa"/>
            <w:vAlign w:val="center"/>
          </w:tcPr>
          <w:p w14:paraId="1B4E6D9B" w14:textId="5420CCF1" w:rsidR="0068646E" w:rsidRDefault="00E73546">
            <w:pPr>
              <w:jc w:val="center"/>
            </w:pPr>
            <w:r>
              <w:rPr>
                <w:sz w:val="19"/>
              </w:rPr>
              <w:t>BUREK SA SIROM, JOGURT,</w:t>
            </w:r>
            <w:r>
              <w:rPr>
                <w:sz w:val="19"/>
              </w:rPr>
              <w:br/>
              <w:t xml:space="preserve">B. AKTIV </w:t>
            </w:r>
            <w:r w:rsidR="003643DA">
              <w:rPr>
                <w:sz w:val="19"/>
              </w:rPr>
              <w:t>LGG</w:t>
            </w:r>
          </w:p>
        </w:tc>
        <w:tc>
          <w:tcPr>
            <w:tcW w:w="4533" w:type="dxa"/>
            <w:vAlign w:val="center"/>
          </w:tcPr>
          <w:p w14:paraId="2ACF8BCE" w14:textId="77777777" w:rsidR="0068646E" w:rsidRDefault="00E73546">
            <w:pPr>
              <w:jc w:val="center"/>
            </w:pPr>
            <w:r>
              <w:rPr>
                <w:sz w:val="19"/>
              </w:rPr>
              <w:t>PIZZA,</w:t>
            </w:r>
            <w:r>
              <w:rPr>
                <w:sz w:val="19"/>
              </w:rPr>
              <w:br/>
              <w:t>CEDEVITA</w:t>
            </w:r>
          </w:p>
        </w:tc>
        <w:tc>
          <w:tcPr>
            <w:tcW w:w="2804" w:type="dxa"/>
            <w:vAlign w:val="center"/>
          </w:tcPr>
          <w:p w14:paraId="77333606" w14:textId="77777777" w:rsidR="0068646E" w:rsidRDefault="00E73546">
            <w:pPr>
              <w:jc w:val="center"/>
            </w:pPr>
            <w:r>
              <w:rPr>
                <w:sz w:val="19"/>
              </w:rPr>
              <w:t>KUKURUZNI KLIPIC,</w:t>
            </w:r>
            <w:r>
              <w:rPr>
                <w:sz w:val="19"/>
              </w:rPr>
              <w:br/>
              <w:t>B. AKTIV VO</w:t>
            </w:r>
            <w:r>
              <w:rPr>
                <w:sz w:val="19"/>
              </w:rPr>
              <w:t>CNI</w:t>
            </w:r>
          </w:p>
        </w:tc>
        <w:tc>
          <w:tcPr>
            <w:tcW w:w="2804" w:type="dxa"/>
            <w:vAlign w:val="center"/>
          </w:tcPr>
          <w:p w14:paraId="02AC7C5E" w14:textId="77777777" w:rsidR="0068646E" w:rsidRDefault="0068646E">
            <w:pPr>
              <w:jc w:val="center"/>
            </w:pPr>
          </w:p>
        </w:tc>
      </w:tr>
    </w:tbl>
    <w:p w14:paraId="64B49585" w14:textId="77777777" w:rsidR="00E73546" w:rsidRDefault="00E73546"/>
    <w:sectPr w:rsidR="00E73546" w:rsidSect="00034616"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643DA"/>
    <w:rsid w:val="0068646E"/>
    <w:rsid w:val="00AA1D8D"/>
    <w:rsid w:val="00B47730"/>
    <w:rsid w:val="00CB0664"/>
    <w:rsid w:val="00E7354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E84485"/>
  <w14:defaultImageDpi w14:val="300"/>
  <w15:docId w15:val="{915EE99F-CBC3-44EA-9869-EE3E9D7C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Korisnik</cp:lastModifiedBy>
  <cp:revision>2</cp:revision>
  <dcterms:created xsi:type="dcterms:W3CDTF">2026-09-02T08:57:00Z</dcterms:created>
  <dcterms:modified xsi:type="dcterms:W3CDTF">2026-09-02T08:57:00Z</dcterms:modified>
  <cp:category/>
</cp:coreProperties>
</file>