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horzAnchor="margin" w:tblpY="910"/>
        <w:tblW w:w="15642" w:type="dxa"/>
        <w:tblLook w:val="04A0" w:firstRow="1" w:lastRow="0" w:firstColumn="1" w:lastColumn="0" w:noHBand="0" w:noVBand="1"/>
      </w:tblPr>
      <w:tblGrid>
        <w:gridCol w:w="2607"/>
        <w:gridCol w:w="2607"/>
        <w:gridCol w:w="2607"/>
        <w:gridCol w:w="2607"/>
        <w:gridCol w:w="2607"/>
        <w:gridCol w:w="2607"/>
      </w:tblGrid>
      <w:tr w:rsidR="00972A9D" w14:paraId="6AB59ABD" w14:textId="77777777" w:rsidTr="00972A9D">
        <w:trPr>
          <w:trHeight w:val="1544"/>
        </w:trPr>
        <w:tc>
          <w:tcPr>
            <w:tcW w:w="2607" w:type="dxa"/>
          </w:tcPr>
          <w:p w14:paraId="474A0D4C" w14:textId="18947E7B" w:rsidR="00972A9D" w:rsidRDefault="00972A9D" w:rsidP="00972A9D">
            <w:pPr>
              <w:jc w:val="center"/>
              <w:rPr>
                <w:b/>
                <w:sz w:val="32"/>
              </w:rPr>
            </w:pPr>
          </w:p>
        </w:tc>
        <w:tc>
          <w:tcPr>
            <w:tcW w:w="2607" w:type="dxa"/>
          </w:tcPr>
          <w:p w14:paraId="3C232A7A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7EECF28C" w14:textId="51FB98D6" w:rsidR="00972A9D" w:rsidRP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  <w:r w:rsidRPr="00972A9D">
              <w:rPr>
                <w:b/>
                <w:sz w:val="24"/>
                <w:szCs w:val="24"/>
              </w:rPr>
              <w:t>01.</w:t>
            </w:r>
            <w:r>
              <w:rPr>
                <w:b/>
                <w:sz w:val="24"/>
                <w:szCs w:val="24"/>
              </w:rPr>
              <w:t>10.</w:t>
            </w:r>
            <w:r w:rsidRPr="00972A9D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72A9D">
              <w:rPr>
                <w:b/>
                <w:sz w:val="24"/>
                <w:szCs w:val="24"/>
              </w:rPr>
              <w:t>02-10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07" w:type="dxa"/>
          </w:tcPr>
          <w:p w14:paraId="5F752EF5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6321F22C" w14:textId="70DFF462" w:rsidR="00972A9D" w:rsidRP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  <w:r w:rsidRPr="00972A9D">
              <w:rPr>
                <w:b/>
                <w:sz w:val="24"/>
                <w:szCs w:val="24"/>
              </w:rPr>
              <w:t>05.10.-09.10.</w:t>
            </w:r>
          </w:p>
        </w:tc>
        <w:tc>
          <w:tcPr>
            <w:tcW w:w="2607" w:type="dxa"/>
          </w:tcPr>
          <w:p w14:paraId="15298BCE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28547201" w14:textId="2C2150E8" w:rsidR="00972A9D" w:rsidRP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  <w:r w:rsidRPr="00972A9D">
              <w:rPr>
                <w:b/>
                <w:sz w:val="24"/>
                <w:szCs w:val="24"/>
              </w:rPr>
              <w:t>12.10.-16.10</w:t>
            </w:r>
          </w:p>
        </w:tc>
        <w:tc>
          <w:tcPr>
            <w:tcW w:w="2607" w:type="dxa"/>
          </w:tcPr>
          <w:p w14:paraId="7342B44A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4AA6590B" w14:textId="75E52829" w:rsidR="00972A9D" w:rsidRP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  <w:r w:rsidRPr="00972A9D">
              <w:rPr>
                <w:b/>
                <w:sz w:val="24"/>
                <w:szCs w:val="24"/>
              </w:rPr>
              <w:t>19.10-23.10.</w:t>
            </w:r>
          </w:p>
        </w:tc>
        <w:tc>
          <w:tcPr>
            <w:tcW w:w="2607" w:type="dxa"/>
          </w:tcPr>
          <w:p w14:paraId="0C0B7FF5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6AB2DC2D" w14:textId="610B5D69" w:rsidR="00972A9D" w:rsidRP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  <w:r w:rsidRPr="00972A9D">
              <w:rPr>
                <w:b/>
                <w:sz w:val="24"/>
                <w:szCs w:val="24"/>
              </w:rPr>
              <w:t>26.10.-30.10</w:t>
            </w:r>
          </w:p>
        </w:tc>
      </w:tr>
      <w:tr w:rsidR="00972A9D" w14:paraId="280D2733" w14:textId="77777777" w:rsidTr="00972A9D">
        <w:trPr>
          <w:trHeight w:val="1599"/>
        </w:trPr>
        <w:tc>
          <w:tcPr>
            <w:tcW w:w="2607" w:type="dxa"/>
          </w:tcPr>
          <w:p w14:paraId="6A5DC1E6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4042D2A0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53FE302E" w14:textId="29E48EB1" w:rsidR="00972A9D" w:rsidRP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  <w:r w:rsidRPr="00972A9D"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2607" w:type="dxa"/>
          </w:tcPr>
          <w:p w14:paraId="598B47A6" w14:textId="43C69635" w:rsidR="00972A9D" w:rsidRDefault="00321103" w:rsidP="00972A9D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-</w:t>
            </w:r>
            <w:bookmarkStart w:id="0" w:name="_GoBack"/>
            <w:bookmarkEnd w:id="0"/>
          </w:p>
        </w:tc>
        <w:tc>
          <w:tcPr>
            <w:tcW w:w="2607" w:type="dxa"/>
          </w:tcPr>
          <w:p w14:paraId="4F489D92" w14:textId="22B1D1E3" w:rsidR="00972A9D" w:rsidRPr="00B86532" w:rsidRDefault="0010248C" w:rsidP="00972A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607" w:type="dxa"/>
          </w:tcPr>
          <w:p w14:paraId="2FD1C3F4" w14:textId="5F231100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86532">
              <w:rPr>
                <w:bCs/>
                <w:sz w:val="24"/>
                <w:szCs w:val="24"/>
              </w:rPr>
              <w:t>Griz</w:t>
            </w:r>
            <w:proofErr w:type="spellEnd"/>
            <w:r w:rsidRPr="00B8653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86532">
              <w:rPr>
                <w:bCs/>
                <w:sz w:val="24"/>
                <w:szCs w:val="24"/>
              </w:rPr>
              <w:t>na</w:t>
            </w:r>
            <w:proofErr w:type="spellEnd"/>
            <w:r w:rsidRPr="00B8653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86532">
              <w:rPr>
                <w:bCs/>
                <w:sz w:val="24"/>
                <w:szCs w:val="24"/>
              </w:rPr>
              <w:t>mlijeku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kroasan</w:t>
            </w:r>
            <w:proofErr w:type="spellEnd"/>
          </w:p>
        </w:tc>
        <w:tc>
          <w:tcPr>
            <w:tcW w:w="2607" w:type="dxa"/>
          </w:tcPr>
          <w:p w14:paraId="1D574049" w14:textId="24F6FB71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Sendvic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caj</w:t>
            </w:r>
            <w:proofErr w:type="spellEnd"/>
            <w:r>
              <w:rPr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bCs/>
                <w:sz w:val="24"/>
                <w:szCs w:val="24"/>
              </w:rPr>
              <w:t>Kob</w:t>
            </w:r>
            <w:proofErr w:type="spellEnd"/>
            <w:r>
              <w:rPr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bCs/>
                <w:sz w:val="24"/>
                <w:szCs w:val="24"/>
              </w:rPr>
              <w:t>Dukatela</w:t>
            </w:r>
            <w:proofErr w:type="spellEnd"/>
            <w:r>
              <w:rPr>
                <w:bCs/>
                <w:sz w:val="24"/>
                <w:szCs w:val="24"/>
              </w:rPr>
              <w:t xml:space="preserve"> sir</w:t>
            </w:r>
          </w:p>
        </w:tc>
        <w:tc>
          <w:tcPr>
            <w:tcW w:w="2607" w:type="dxa"/>
          </w:tcPr>
          <w:p w14:paraId="3749DF6D" w14:textId="7D14CB8D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Zitarice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sa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mlijekom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fokacino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sunka</w:t>
            </w:r>
            <w:proofErr w:type="spellEnd"/>
            <w:r>
              <w:rPr>
                <w:bCs/>
                <w:sz w:val="24"/>
                <w:szCs w:val="24"/>
              </w:rPr>
              <w:t xml:space="preserve"> sir</w:t>
            </w:r>
          </w:p>
        </w:tc>
      </w:tr>
      <w:tr w:rsidR="00972A9D" w14:paraId="62668E33" w14:textId="77777777" w:rsidTr="00972A9D">
        <w:trPr>
          <w:trHeight w:val="1544"/>
        </w:trPr>
        <w:tc>
          <w:tcPr>
            <w:tcW w:w="2607" w:type="dxa"/>
          </w:tcPr>
          <w:p w14:paraId="649C52F7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78B8F92E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1BA597C3" w14:textId="5C27AA31" w:rsidR="00972A9D" w:rsidRP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  <w:r w:rsidRPr="00972A9D"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2607" w:type="dxa"/>
          </w:tcPr>
          <w:p w14:paraId="3ABBCB36" w14:textId="347D40B4" w:rsidR="00972A9D" w:rsidRDefault="00321103" w:rsidP="00972A9D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-</w:t>
            </w:r>
          </w:p>
        </w:tc>
        <w:tc>
          <w:tcPr>
            <w:tcW w:w="2607" w:type="dxa"/>
          </w:tcPr>
          <w:p w14:paraId="516FB95F" w14:textId="4732308F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86532">
              <w:rPr>
                <w:bCs/>
                <w:sz w:val="24"/>
                <w:szCs w:val="24"/>
              </w:rPr>
              <w:t>Sendvic</w:t>
            </w:r>
            <w:proofErr w:type="spellEnd"/>
            <w:r w:rsidRPr="00B8653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B86532">
              <w:rPr>
                <w:bCs/>
                <w:sz w:val="24"/>
                <w:szCs w:val="24"/>
              </w:rPr>
              <w:t>pil</w:t>
            </w:r>
            <w:proofErr w:type="spellEnd"/>
            <w:r w:rsidRPr="00B86532">
              <w:rPr>
                <w:bCs/>
                <w:sz w:val="24"/>
                <w:szCs w:val="24"/>
              </w:rPr>
              <w:t xml:space="preserve">. Dim. Sir </w:t>
            </w:r>
            <w:proofErr w:type="spellStart"/>
            <w:r w:rsidRPr="00B86532">
              <w:rPr>
                <w:bCs/>
                <w:sz w:val="24"/>
                <w:szCs w:val="24"/>
              </w:rPr>
              <w:t>dukatela</w:t>
            </w:r>
            <w:proofErr w:type="spellEnd"/>
            <w:r w:rsidRPr="00B8653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B86532">
              <w:rPr>
                <w:bCs/>
                <w:sz w:val="24"/>
                <w:szCs w:val="24"/>
              </w:rPr>
              <w:t>caj</w:t>
            </w:r>
            <w:proofErr w:type="spellEnd"/>
            <w:r w:rsidRPr="00B86532">
              <w:rPr>
                <w:bCs/>
                <w:sz w:val="24"/>
                <w:szCs w:val="24"/>
              </w:rPr>
              <w:t>, voce</w:t>
            </w:r>
          </w:p>
        </w:tc>
        <w:tc>
          <w:tcPr>
            <w:tcW w:w="2607" w:type="dxa"/>
          </w:tcPr>
          <w:p w14:paraId="46275AC9" w14:textId="05813A65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Grah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varivo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polubijeli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kruh</w:t>
            </w:r>
            <w:proofErr w:type="spellEnd"/>
            <w:r>
              <w:rPr>
                <w:bCs/>
                <w:sz w:val="24"/>
                <w:szCs w:val="24"/>
              </w:rPr>
              <w:t>, voce</w:t>
            </w:r>
          </w:p>
        </w:tc>
        <w:tc>
          <w:tcPr>
            <w:tcW w:w="2607" w:type="dxa"/>
          </w:tcPr>
          <w:p w14:paraId="6ED2B2B9" w14:textId="7C9DC183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Tijesto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sa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sirom</w:t>
            </w:r>
            <w:proofErr w:type="spellEnd"/>
            <w:r>
              <w:rPr>
                <w:bCs/>
                <w:sz w:val="24"/>
                <w:szCs w:val="24"/>
              </w:rPr>
              <w:t>, voce</w:t>
            </w:r>
          </w:p>
        </w:tc>
        <w:tc>
          <w:tcPr>
            <w:tcW w:w="2607" w:type="dxa"/>
          </w:tcPr>
          <w:p w14:paraId="27FE4806" w14:textId="77777777" w:rsidR="008D36A1" w:rsidRDefault="00321103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Pureci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rizoto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8D36A1">
              <w:rPr>
                <w:bCs/>
                <w:sz w:val="24"/>
                <w:szCs w:val="24"/>
              </w:rPr>
              <w:t>salata</w:t>
            </w:r>
            <w:proofErr w:type="spellEnd"/>
            <w:r w:rsidR="008D36A1">
              <w:rPr>
                <w:bCs/>
                <w:sz w:val="24"/>
                <w:szCs w:val="24"/>
              </w:rPr>
              <w:t>,</w:t>
            </w:r>
          </w:p>
          <w:p w14:paraId="241F5E04" w14:textId="21ADEA32" w:rsidR="00972A9D" w:rsidRPr="00B86532" w:rsidRDefault="00321103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kukuruzni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kruh</w:t>
            </w:r>
            <w:proofErr w:type="spellEnd"/>
            <w:r>
              <w:rPr>
                <w:bCs/>
                <w:sz w:val="24"/>
                <w:szCs w:val="24"/>
              </w:rPr>
              <w:t xml:space="preserve"> voce</w:t>
            </w:r>
          </w:p>
        </w:tc>
      </w:tr>
      <w:tr w:rsidR="00972A9D" w14:paraId="5918ECF0" w14:textId="77777777" w:rsidTr="00972A9D">
        <w:trPr>
          <w:trHeight w:val="1544"/>
        </w:trPr>
        <w:tc>
          <w:tcPr>
            <w:tcW w:w="2607" w:type="dxa"/>
          </w:tcPr>
          <w:p w14:paraId="06A2888D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2A5B54C4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136A3710" w14:textId="245D4CE3" w:rsidR="00972A9D" w:rsidRP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  <w:r w:rsidRPr="00972A9D"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2607" w:type="dxa"/>
          </w:tcPr>
          <w:p w14:paraId="6CCF0FF1" w14:textId="4427FDE0" w:rsidR="00972A9D" w:rsidRDefault="00321103" w:rsidP="00972A9D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-</w:t>
            </w:r>
          </w:p>
        </w:tc>
        <w:tc>
          <w:tcPr>
            <w:tcW w:w="2607" w:type="dxa"/>
          </w:tcPr>
          <w:p w14:paraId="63080AE0" w14:textId="77777777" w:rsidR="008D36A1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Pureci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rizoto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8D36A1">
              <w:rPr>
                <w:bCs/>
                <w:sz w:val="24"/>
                <w:szCs w:val="24"/>
              </w:rPr>
              <w:t>salata</w:t>
            </w:r>
            <w:proofErr w:type="spellEnd"/>
            <w:r w:rsidR="008D36A1">
              <w:rPr>
                <w:bCs/>
                <w:sz w:val="24"/>
                <w:szCs w:val="24"/>
              </w:rPr>
              <w:t>,</w:t>
            </w:r>
          </w:p>
          <w:p w14:paraId="5EA3740E" w14:textId="15B88662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kukuruzni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kruh</w:t>
            </w:r>
            <w:proofErr w:type="spellEnd"/>
            <w:r>
              <w:rPr>
                <w:bCs/>
                <w:sz w:val="24"/>
                <w:szCs w:val="24"/>
              </w:rPr>
              <w:t>, voce</w:t>
            </w:r>
          </w:p>
        </w:tc>
        <w:tc>
          <w:tcPr>
            <w:tcW w:w="2607" w:type="dxa"/>
          </w:tcPr>
          <w:p w14:paraId="3FA81F51" w14:textId="32640308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sz w:val="24"/>
                <w:szCs w:val="24"/>
              </w:rPr>
              <w:t>Zemnicka,pljeskavica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zelena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salata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kec</w:t>
            </w:r>
            <w:proofErr w:type="spellEnd"/>
            <w:r>
              <w:rPr>
                <w:bCs/>
                <w:sz w:val="24"/>
                <w:szCs w:val="24"/>
              </w:rPr>
              <w:t>. Maj. voce</w:t>
            </w:r>
          </w:p>
        </w:tc>
        <w:tc>
          <w:tcPr>
            <w:tcW w:w="2607" w:type="dxa"/>
          </w:tcPr>
          <w:p w14:paraId="2FC64549" w14:textId="023D41F0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Fisburgerr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zemnicka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kec.maj</w:t>
            </w:r>
            <w:proofErr w:type="spellEnd"/>
            <w:r>
              <w:rPr>
                <w:bCs/>
                <w:sz w:val="24"/>
                <w:szCs w:val="24"/>
              </w:rPr>
              <w:t>. voce</w:t>
            </w:r>
          </w:p>
        </w:tc>
        <w:tc>
          <w:tcPr>
            <w:tcW w:w="2607" w:type="dxa"/>
          </w:tcPr>
          <w:p w14:paraId="645CD9B5" w14:textId="58A82AD5" w:rsidR="00972A9D" w:rsidRPr="00B86532" w:rsidRDefault="008D36A1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Pil</w:t>
            </w:r>
            <w:proofErr w:type="spellEnd"/>
            <w:r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321103">
              <w:rPr>
                <w:bCs/>
                <w:sz w:val="24"/>
                <w:szCs w:val="24"/>
              </w:rPr>
              <w:t>Snicla</w:t>
            </w:r>
            <w:proofErr w:type="spellEnd"/>
            <w:r w:rsidR="0032110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21103">
              <w:rPr>
                <w:bCs/>
                <w:sz w:val="24"/>
                <w:szCs w:val="24"/>
              </w:rPr>
              <w:t>zemnicka</w:t>
            </w:r>
            <w:proofErr w:type="spellEnd"/>
            <w:r w:rsidR="00321103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21103">
              <w:rPr>
                <w:bCs/>
                <w:sz w:val="24"/>
                <w:szCs w:val="24"/>
              </w:rPr>
              <w:t>zelena</w:t>
            </w:r>
            <w:proofErr w:type="spellEnd"/>
            <w:r w:rsidR="0032110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21103">
              <w:rPr>
                <w:bCs/>
                <w:sz w:val="24"/>
                <w:szCs w:val="24"/>
              </w:rPr>
              <w:t>salata</w:t>
            </w:r>
            <w:proofErr w:type="spellEnd"/>
          </w:p>
        </w:tc>
      </w:tr>
      <w:tr w:rsidR="00972A9D" w14:paraId="348699BC" w14:textId="77777777" w:rsidTr="00972A9D">
        <w:trPr>
          <w:trHeight w:val="1599"/>
        </w:trPr>
        <w:tc>
          <w:tcPr>
            <w:tcW w:w="2607" w:type="dxa"/>
          </w:tcPr>
          <w:p w14:paraId="1757EEE6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4B330E83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2C469A84" w14:textId="2374998A" w:rsidR="00972A9D" w:rsidRP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  <w:r w:rsidRPr="00972A9D">
              <w:rPr>
                <w:b/>
                <w:sz w:val="24"/>
                <w:szCs w:val="24"/>
              </w:rPr>
              <w:t>CETVRTAK</w:t>
            </w:r>
          </w:p>
        </w:tc>
        <w:tc>
          <w:tcPr>
            <w:tcW w:w="2607" w:type="dxa"/>
          </w:tcPr>
          <w:p w14:paraId="03028563" w14:textId="77777777" w:rsidR="008D36A1" w:rsidRDefault="00972A9D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B86532">
              <w:rPr>
                <w:bCs/>
                <w:sz w:val="24"/>
                <w:szCs w:val="24"/>
              </w:rPr>
              <w:t>Bolonjez,</w:t>
            </w:r>
            <w:r w:rsidR="008D36A1">
              <w:rPr>
                <w:bCs/>
                <w:sz w:val="24"/>
                <w:szCs w:val="24"/>
              </w:rPr>
              <w:t>salata</w:t>
            </w:r>
            <w:proofErr w:type="spellEnd"/>
            <w:proofErr w:type="gramEnd"/>
          </w:p>
          <w:p w14:paraId="2BA27FF0" w14:textId="4A8C4A13" w:rsidR="00972A9D" w:rsidRPr="00B86532" w:rsidRDefault="00972A9D" w:rsidP="00972A9D">
            <w:pPr>
              <w:jc w:val="center"/>
              <w:rPr>
                <w:bCs/>
                <w:sz w:val="24"/>
                <w:szCs w:val="24"/>
              </w:rPr>
            </w:pPr>
            <w:r w:rsidRPr="00B86532">
              <w:rPr>
                <w:bCs/>
                <w:sz w:val="24"/>
                <w:szCs w:val="24"/>
              </w:rPr>
              <w:t xml:space="preserve"> voce</w:t>
            </w:r>
          </w:p>
        </w:tc>
        <w:tc>
          <w:tcPr>
            <w:tcW w:w="2607" w:type="dxa"/>
          </w:tcPr>
          <w:p w14:paraId="1412E6B1" w14:textId="26B38700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Strukle</w:t>
            </w:r>
            <w:proofErr w:type="spellEnd"/>
            <w:r>
              <w:rPr>
                <w:bCs/>
                <w:sz w:val="24"/>
                <w:szCs w:val="24"/>
              </w:rPr>
              <w:t>, b-</w:t>
            </w:r>
            <w:proofErr w:type="spellStart"/>
            <w:r>
              <w:rPr>
                <w:bCs/>
                <w:sz w:val="24"/>
                <w:szCs w:val="24"/>
              </w:rPr>
              <w:t>aktiv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natur</w:t>
            </w:r>
            <w:proofErr w:type="spellEnd"/>
          </w:p>
        </w:tc>
        <w:tc>
          <w:tcPr>
            <w:tcW w:w="2607" w:type="dxa"/>
          </w:tcPr>
          <w:p w14:paraId="3428D93C" w14:textId="0AF50B6F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Bolonjez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salata</w:t>
            </w:r>
            <w:proofErr w:type="spellEnd"/>
          </w:p>
        </w:tc>
        <w:tc>
          <w:tcPr>
            <w:tcW w:w="2607" w:type="dxa"/>
          </w:tcPr>
          <w:p w14:paraId="1E22B0D6" w14:textId="2681E7F1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Grasak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Cs/>
                <w:sz w:val="24"/>
                <w:szCs w:val="24"/>
              </w:rPr>
              <w:t>varivo,dinos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bCs/>
                <w:sz w:val="24"/>
                <w:szCs w:val="24"/>
              </w:rPr>
              <w:t>Kukuruzni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kruh</w:t>
            </w:r>
            <w:proofErr w:type="spellEnd"/>
          </w:p>
        </w:tc>
        <w:tc>
          <w:tcPr>
            <w:tcW w:w="2607" w:type="dxa"/>
          </w:tcPr>
          <w:p w14:paraId="33E6B3A5" w14:textId="11013312" w:rsidR="00972A9D" w:rsidRPr="00B86532" w:rsidRDefault="00321103" w:rsidP="00972A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Mesne </w:t>
            </w:r>
            <w:proofErr w:type="spellStart"/>
            <w:r>
              <w:rPr>
                <w:bCs/>
                <w:sz w:val="24"/>
                <w:szCs w:val="24"/>
              </w:rPr>
              <w:t>okruglice</w:t>
            </w:r>
            <w:proofErr w:type="spellEnd"/>
            <w:r w:rsidR="008D36A1">
              <w:rPr>
                <w:bCs/>
                <w:sz w:val="24"/>
                <w:szCs w:val="24"/>
              </w:rPr>
              <w:t xml:space="preserve"> u </w:t>
            </w:r>
            <w:proofErr w:type="spellStart"/>
            <w:r w:rsidR="008D36A1">
              <w:rPr>
                <w:bCs/>
                <w:sz w:val="24"/>
                <w:szCs w:val="24"/>
              </w:rPr>
              <w:t>umaku</w:t>
            </w:r>
            <w:proofErr w:type="spellEnd"/>
            <w:r w:rsidR="008D36A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8D36A1">
              <w:rPr>
                <w:bCs/>
                <w:sz w:val="24"/>
                <w:szCs w:val="24"/>
              </w:rPr>
              <w:t>od</w:t>
            </w:r>
            <w:proofErr w:type="spellEnd"/>
            <w:r w:rsidR="008D36A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8D36A1">
              <w:rPr>
                <w:bCs/>
                <w:sz w:val="24"/>
                <w:szCs w:val="24"/>
              </w:rPr>
              <w:t>rajcice</w:t>
            </w:r>
            <w:proofErr w:type="spellEnd"/>
            <w:r w:rsidR="008D36A1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8D36A1">
              <w:rPr>
                <w:bCs/>
                <w:sz w:val="24"/>
                <w:szCs w:val="24"/>
              </w:rPr>
              <w:t>pire</w:t>
            </w:r>
            <w:proofErr w:type="spellEnd"/>
            <w:r w:rsidR="008D36A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8D36A1">
              <w:rPr>
                <w:bCs/>
                <w:sz w:val="24"/>
                <w:szCs w:val="24"/>
              </w:rPr>
              <w:t>krumpir</w:t>
            </w:r>
            <w:proofErr w:type="spellEnd"/>
            <w:r w:rsidR="008D36A1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8D36A1">
              <w:rPr>
                <w:bCs/>
                <w:sz w:val="24"/>
                <w:szCs w:val="24"/>
              </w:rPr>
              <w:t>polubijeli</w:t>
            </w:r>
            <w:proofErr w:type="spellEnd"/>
            <w:r w:rsidR="008D36A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8D36A1">
              <w:rPr>
                <w:bCs/>
                <w:sz w:val="24"/>
                <w:szCs w:val="24"/>
              </w:rPr>
              <w:t>kruh</w:t>
            </w:r>
            <w:proofErr w:type="spellEnd"/>
          </w:p>
        </w:tc>
      </w:tr>
      <w:tr w:rsidR="00972A9D" w14:paraId="03E322E5" w14:textId="77777777" w:rsidTr="00972A9D">
        <w:trPr>
          <w:trHeight w:val="1544"/>
        </w:trPr>
        <w:tc>
          <w:tcPr>
            <w:tcW w:w="2607" w:type="dxa"/>
          </w:tcPr>
          <w:p w14:paraId="750B4C7A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0A14D262" w14:textId="77777777" w:rsid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</w:p>
          <w:p w14:paraId="2AC47E24" w14:textId="4D81DD55" w:rsidR="00972A9D" w:rsidRPr="00972A9D" w:rsidRDefault="00972A9D" w:rsidP="00972A9D">
            <w:pPr>
              <w:jc w:val="center"/>
              <w:rPr>
                <w:b/>
                <w:sz w:val="24"/>
                <w:szCs w:val="24"/>
              </w:rPr>
            </w:pPr>
            <w:r w:rsidRPr="00972A9D"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2607" w:type="dxa"/>
          </w:tcPr>
          <w:p w14:paraId="4F27F16F" w14:textId="6F548F6F" w:rsidR="00972A9D" w:rsidRPr="00B86532" w:rsidRDefault="00972A9D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86532">
              <w:rPr>
                <w:bCs/>
                <w:sz w:val="24"/>
                <w:szCs w:val="24"/>
              </w:rPr>
              <w:t>Burek</w:t>
            </w:r>
            <w:proofErr w:type="spellEnd"/>
            <w:r w:rsidRPr="00B8653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86532">
              <w:rPr>
                <w:bCs/>
                <w:sz w:val="24"/>
                <w:szCs w:val="24"/>
              </w:rPr>
              <w:t>mali</w:t>
            </w:r>
            <w:proofErr w:type="spellEnd"/>
            <w:r w:rsidRPr="00B8653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86532">
              <w:rPr>
                <w:bCs/>
                <w:sz w:val="24"/>
                <w:szCs w:val="24"/>
              </w:rPr>
              <w:t>motani</w:t>
            </w:r>
            <w:proofErr w:type="spellEnd"/>
            <w:r w:rsidRPr="00B8653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B86532">
              <w:rPr>
                <w:bCs/>
                <w:sz w:val="24"/>
                <w:szCs w:val="24"/>
              </w:rPr>
              <w:t>aktiv</w:t>
            </w:r>
            <w:proofErr w:type="spellEnd"/>
            <w:r w:rsidRPr="00B86532">
              <w:rPr>
                <w:bCs/>
                <w:sz w:val="24"/>
                <w:szCs w:val="24"/>
              </w:rPr>
              <w:t xml:space="preserve"> LGG</w:t>
            </w:r>
          </w:p>
        </w:tc>
        <w:tc>
          <w:tcPr>
            <w:tcW w:w="2607" w:type="dxa"/>
          </w:tcPr>
          <w:p w14:paraId="4A661EAB" w14:textId="3326C62E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Pizza, </w:t>
            </w:r>
            <w:proofErr w:type="spellStart"/>
            <w:r>
              <w:rPr>
                <w:bCs/>
                <w:sz w:val="24"/>
                <w:szCs w:val="24"/>
              </w:rPr>
              <w:t>cedevita</w:t>
            </w:r>
            <w:proofErr w:type="spellEnd"/>
          </w:p>
        </w:tc>
        <w:tc>
          <w:tcPr>
            <w:tcW w:w="2607" w:type="dxa"/>
          </w:tcPr>
          <w:p w14:paraId="4AB35CD0" w14:textId="41C6BBF1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Kukuruzni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klipic</w:t>
            </w:r>
            <w:proofErr w:type="spellEnd"/>
            <w:r>
              <w:rPr>
                <w:bCs/>
                <w:sz w:val="24"/>
                <w:szCs w:val="24"/>
              </w:rPr>
              <w:t>, bio-</w:t>
            </w:r>
            <w:proofErr w:type="spellStart"/>
            <w:r>
              <w:rPr>
                <w:bCs/>
                <w:sz w:val="24"/>
                <w:szCs w:val="24"/>
              </w:rPr>
              <w:t>aktiv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lgg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vocni</w:t>
            </w:r>
            <w:proofErr w:type="spellEnd"/>
          </w:p>
        </w:tc>
        <w:tc>
          <w:tcPr>
            <w:tcW w:w="2607" w:type="dxa"/>
          </w:tcPr>
          <w:p w14:paraId="5DFC7778" w14:textId="77FD2FDF" w:rsidR="00972A9D" w:rsidRPr="00B86532" w:rsidRDefault="00B86532" w:rsidP="00972A9D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Burek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sa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sirom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8D36A1">
              <w:rPr>
                <w:bCs/>
                <w:sz w:val="24"/>
                <w:szCs w:val="24"/>
              </w:rPr>
              <w:t>b.aktiv</w:t>
            </w:r>
            <w:proofErr w:type="spellEnd"/>
            <w:proofErr w:type="gramEnd"/>
            <w:r w:rsidR="008D36A1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8D36A1">
              <w:rPr>
                <w:bCs/>
                <w:sz w:val="24"/>
                <w:szCs w:val="24"/>
              </w:rPr>
              <w:t>lgg-natur</w:t>
            </w:r>
            <w:proofErr w:type="spellEnd"/>
          </w:p>
        </w:tc>
        <w:tc>
          <w:tcPr>
            <w:tcW w:w="2607" w:type="dxa"/>
          </w:tcPr>
          <w:p w14:paraId="3980239D" w14:textId="4FF74F64" w:rsidR="00972A9D" w:rsidRPr="00B86532" w:rsidRDefault="00321103" w:rsidP="00972A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Pita </w:t>
            </w:r>
            <w:proofErr w:type="spellStart"/>
            <w:r>
              <w:rPr>
                <w:bCs/>
                <w:sz w:val="24"/>
                <w:szCs w:val="24"/>
              </w:rPr>
              <w:t>sa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krompirom</w:t>
            </w:r>
            <w:proofErr w:type="spellEnd"/>
            <w:r>
              <w:rPr>
                <w:bCs/>
                <w:sz w:val="24"/>
                <w:szCs w:val="24"/>
              </w:rPr>
              <w:t>, b</w:t>
            </w:r>
            <w:r w:rsidR="008D36A1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aktiv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lgg</w:t>
            </w:r>
            <w:proofErr w:type="spellEnd"/>
            <w:r w:rsidR="008D36A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8D36A1">
              <w:rPr>
                <w:bCs/>
                <w:sz w:val="24"/>
                <w:szCs w:val="24"/>
              </w:rPr>
              <w:t>natur</w:t>
            </w:r>
            <w:proofErr w:type="spellEnd"/>
          </w:p>
        </w:tc>
      </w:tr>
    </w:tbl>
    <w:p w14:paraId="2ABB0C02" w14:textId="6BA769F6" w:rsidR="0068646E" w:rsidRDefault="00972A9D">
      <w:pPr>
        <w:jc w:val="center"/>
        <w:rPr>
          <w:b/>
          <w:bCs/>
          <w:sz w:val="24"/>
          <w:szCs w:val="24"/>
        </w:rPr>
      </w:pPr>
      <w:r w:rsidRPr="00321103">
        <w:rPr>
          <w:b/>
          <w:bCs/>
          <w:sz w:val="24"/>
          <w:szCs w:val="24"/>
        </w:rPr>
        <w:t>OŠ BILJE JELOVNIK ZA LISTOPAD/2026</w:t>
      </w:r>
      <w:r w:rsidR="00321103">
        <w:rPr>
          <w:b/>
          <w:bCs/>
          <w:sz w:val="24"/>
          <w:szCs w:val="24"/>
        </w:rPr>
        <w:t xml:space="preserve">  </w:t>
      </w:r>
    </w:p>
    <w:p w14:paraId="64B49585" w14:textId="2E09A604" w:rsidR="00E73546" w:rsidRPr="007F2E0B" w:rsidRDefault="00321103" w:rsidP="007F2E0B">
      <w:pPr>
        <w:jc w:val="center"/>
        <w:rPr>
          <w:b/>
          <w:bCs/>
          <w:sz w:val="20"/>
          <w:szCs w:val="20"/>
        </w:rPr>
      </w:pPr>
      <w:proofErr w:type="spellStart"/>
      <w:r w:rsidRPr="00321103">
        <w:rPr>
          <w:b/>
          <w:bCs/>
          <w:sz w:val="20"/>
          <w:szCs w:val="20"/>
        </w:rPr>
        <w:t>Napomena</w:t>
      </w:r>
      <w:proofErr w:type="spellEnd"/>
      <w:r w:rsidRPr="00321103">
        <w:rPr>
          <w:b/>
          <w:bCs/>
          <w:sz w:val="20"/>
          <w:szCs w:val="20"/>
        </w:rPr>
        <w:t xml:space="preserve">: </w:t>
      </w:r>
      <w:r w:rsidRPr="00321103">
        <w:rPr>
          <w:sz w:val="20"/>
          <w:szCs w:val="20"/>
        </w:rPr>
        <w:t xml:space="preserve">u </w:t>
      </w:r>
      <w:proofErr w:type="spellStart"/>
      <w:r w:rsidRPr="00321103">
        <w:rPr>
          <w:sz w:val="20"/>
          <w:szCs w:val="20"/>
        </w:rPr>
        <w:t>slucaju</w:t>
      </w:r>
      <w:proofErr w:type="spellEnd"/>
      <w:r w:rsidRPr="00321103">
        <w:rPr>
          <w:sz w:val="20"/>
          <w:szCs w:val="20"/>
        </w:rPr>
        <w:t xml:space="preserve"> da </w:t>
      </w:r>
      <w:proofErr w:type="spellStart"/>
      <w:r w:rsidRPr="00321103">
        <w:rPr>
          <w:sz w:val="20"/>
          <w:szCs w:val="20"/>
        </w:rPr>
        <w:t>dobavljaci</w:t>
      </w:r>
      <w:proofErr w:type="spellEnd"/>
      <w:r w:rsidRPr="00321103">
        <w:rPr>
          <w:sz w:val="20"/>
          <w:szCs w:val="20"/>
        </w:rPr>
        <w:t xml:space="preserve"> ne </w:t>
      </w:r>
      <w:proofErr w:type="spellStart"/>
      <w:r w:rsidRPr="00321103">
        <w:rPr>
          <w:sz w:val="20"/>
          <w:szCs w:val="20"/>
        </w:rPr>
        <w:t>dostave</w:t>
      </w:r>
      <w:proofErr w:type="spellEnd"/>
      <w:r w:rsidRPr="00321103">
        <w:rPr>
          <w:sz w:val="20"/>
          <w:szCs w:val="20"/>
        </w:rPr>
        <w:t xml:space="preserve"> </w:t>
      </w:r>
      <w:proofErr w:type="spellStart"/>
      <w:r w:rsidRPr="00321103">
        <w:rPr>
          <w:sz w:val="20"/>
          <w:szCs w:val="20"/>
        </w:rPr>
        <w:t>na</w:t>
      </w:r>
      <w:proofErr w:type="spellEnd"/>
      <w:r w:rsidRPr="00321103">
        <w:rPr>
          <w:sz w:val="20"/>
          <w:szCs w:val="20"/>
        </w:rPr>
        <w:t xml:space="preserve"> </w:t>
      </w:r>
      <w:proofErr w:type="spellStart"/>
      <w:r w:rsidRPr="00321103">
        <w:rPr>
          <w:sz w:val="20"/>
          <w:szCs w:val="20"/>
        </w:rPr>
        <w:t>vrijeme</w:t>
      </w:r>
      <w:proofErr w:type="spellEnd"/>
      <w:r w:rsidRPr="00321103">
        <w:rPr>
          <w:sz w:val="20"/>
          <w:szCs w:val="20"/>
        </w:rPr>
        <w:t xml:space="preserve"> </w:t>
      </w:r>
      <w:proofErr w:type="spellStart"/>
      <w:r w:rsidRPr="00321103">
        <w:rPr>
          <w:sz w:val="20"/>
          <w:szCs w:val="20"/>
        </w:rPr>
        <w:t>robu</w:t>
      </w:r>
      <w:proofErr w:type="spellEnd"/>
      <w:r w:rsidRPr="00321103">
        <w:rPr>
          <w:sz w:val="20"/>
          <w:szCs w:val="20"/>
        </w:rPr>
        <w:t xml:space="preserve">, </w:t>
      </w:r>
      <w:proofErr w:type="spellStart"/>
      <w:r w:rsidRPr="00321103">
        <w:rPr>
          <w:sz w:val="20"/>
          <w:szCs w:val="20"/>
        </w:rPr>
        <w:t>zadrzavamo</w:t>
      </w:r>
      <w:proofErr w:type="spellEnd"/>
      <w:r w:rsidRPr="00321103">
        <w:rPr>
          <w:sz w:val="20"/>
          <w:szCs w:val="20"/>
        </w:rPr>
        <w:t xml:space="preserve"> </w:t>
      </w:r>
      <w:proofErr w:type="spellStart"/>
      <w:r w:rsidRPr="00321103">
        <w:rPr>
          <w:sz w:val="20"/>
          <w:szCs w:val="20"/>
        </w:rPr>
        <w:t>pravo</w:t>
      </w:r>
      <w:proofErr w:type="spellEnd"/>
      <w:r w:rsidRPr="00321103">
        <w:rPr>
          <w:sz w:val="20"/>
          <w:szCs w:val="20"/>
        </w:rPr>
        <w:t xml:space="preserve"> </w:t>
      </w:r>
      <w:proofErr w:type="spellStart"/>
      <w:r w:rsidRPr="00321103">
        <w:rPr>
          <w:sz w:val="20"/>
          <w:szCs w:val="20"/>
        </w:rPr>
        <w:t>na</w:t>
      </w:r>
      <w:proofErr w:type="spellEnd"/>
      <w:r w:rsidRPr="00321103">
        <w:rPr>
          <w:sz w:val="20"/>
          <w:szCs w:val="20"/>
        </w:rPr>
        <w:t xml:space="preserve"> </w:t>
      </w:r>
      <w:proofErr w:type="spellStart"/>
      <w:r w:rsidRPr="00321103">
        <w:rPr>
          <w:sz w:val="20"/>
          <w:szCs w:val="20"/>
        </w:rPr>
        <w:t>izmjenu</w:t>
      </w:r>
      <w:proofErr w:type="spellEnd"/>
      <w:r w:rsidRPr="00321103">
        <w:rPr>
          <w:sz w:val="20"/>
          <w:szCs w:val="20"/>
        </w:rPr>
        <w:t xml:space="preserve"> </w:t>
      </w:r>
      <w:proofErr w:type="spellStart"/>
      <w:r w:rsidRPr="00321103">
        <w:rPr>
          <w:sz w:val="20"/>
          <w:szCs w:val="20"/>
        </w:rPr>
        <w:t>jelovnika</w:t>
      </w:r>
      <w:proofErr w:type="spellEnd"/>
    </w:p>
    <w:sectPr w:rsidR="00E73546" w:rsidRPr="007F2E0B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48C"/>
    <w:rsid w:val="0015074B"/>
    <w:rsid w:val="0029639D"/>
    <w:rsid w:val="00321103"/>
    <w:rsid w:val="00326F90"/>
    <w:rsid w:val="003643DA"/>
    <w:rsid w:val="005F6816"/>
    <w:rsid w:val="0068646E"/>
    <w:rsid w:val="007F2E0B"/>
    <w:rsid w:val="008D36A1"/>
    <w:rsid w:val="00972A9D"/>
    <w:rsid w:val="00AA1D8D"/>
    <w:rsid w:val="00B47730"/>
    <w:rsid w:val="00B86532"/>
    <w:rsid w:val="00CB0664"/>
    <w:rsid w:val="00E735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84485"/>
  <w14:defaultImageDpi w14:val="300"/>
  <w15:docId w15:val="{915EE99F-CBC3-44EA-9869-EE3E9D7C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B5C142-4967-4715-9A0A-8028131AD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Silvija</cp:lastModifiedBy>
  <cp:revision>2</cp:revision>
  <cp:lastPrinted>2026-09-30T07:31:00Z</cp:lastPrinted>
  <dcterms:created xsi:type="dcterms:W3CDTF">2026-09-30T07:31:00Z</dcterms:created>
  <dcterms:modified xsi:type="dcterms:W3CDTF">2026-09-30T07:31:00Z</dcterms:modified>
  <cp:category/>
</cp:coreProperties>
</file>